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״כל טיפה חשובה״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אינפוגרפיקה · כיתה ט׳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להמחשה בלבד | משפט מלא: את המספרים חישבה… והם…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כי הוא לוקח מים בלי שמרגישים | משפט מלא: הטפטוף דומה לגנב כי…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2–ג · 3–ב · 4–א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(משקים בצהריים והמים מתאדים) · 2 – א (שעון המים רץ כשהברזים סגורים)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יש בה ציורים ומספרים ברורים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״כל טיפה חשובה״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אינפוגרפיקה · כיתה ט׳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משאב – חומר מהטבע שבני אדם צריכים ומשתמשים בו · להתפיל – להוציא את המלח ממי ים כדי שאפשר יהיה לשתות אותם · מתאדה – הופך לאדים ונעלם לאוויר · דליפה – מים שבורחים מצינור או מברז מקולקל · ביממה – ביום ובלילה יחד, 24 שעות · מגב – כלי ניקוי עם גומי לדחיפת מים על הרצפה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אינפוגרפיקה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כל טיפה חשובה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אינפוגרפיקה כיתתית לדוגמה: כמה מים אנחנו צורכים, איפה הם מתבזבזים ואיך אפשר לחסוך – בבית ובבית הספר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כותרת: "כל טיפה חשובה". מים הם משאב יקר. המספרים כאן להמחשה בלבד. כיתה ט׳ דמיונית חישבה אותם.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פאנל 1 – מים בבית: צחצוח עם ברז פתוח – 6 ליטרים. מקלחת עשר דקות – 80 ליטרים. הורדת מים – 3 עד 9 ליטרים. כביסה – 50 ליטרים.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פאנל 2 – ברז מטפטף מבזבז הרבה מים. אפשר לבדוק דליפה בשעון המים.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פאנל 3 – בבית הספר: ברזייה תקועה. השקיה בצהריים, והמים מתאדים. אב הבית אומר: דווחו על ברז תקוע.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פאנל 4 – לפני ואחרי: מקלחת קצרה, כוס לצחצוח, השקיה בערב. חסכו אלפי ליטרים בחודש.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פאנל 5 – טיפים לבית: מקלחת קצרה. לסגור ברז. כביסה מלאה. לתקן טפטוף. לשטוף ירקות בקערה.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פאנל 6 – בבית הספר: לבדוק ברזים כל שבוע. להשקות בערב. לתלות שלטים.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סיום: "כל טיפה שחוסכים היום נשארת למחר."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משאב – חומר מהטבע שבני אדם צריכים ומשתמשים בו · להתפיל – להוציא את המלח ממי ים כדי שאפשר יהיה לשתות אותם · מתאדה – הופך לאדים ונעלם לאוויר · דליפה – מים שבורחים מצינור או מברז מקולקל · ביממה – ביום ובלילה יחד, 24 שעות · מגב – כלי ניקוי עם גומי לדחיפת מים על הרצפה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המספרים באינפוגרפיקה הם…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להמחשה בלבד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נתונים רשמיים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מספרים מדויקים לכל בית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את המספרים חישבה… והם… 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טפטוף דומה לגנב שקט?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הוא לוקח מים בלי שמרגישים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הוא עושה רעש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הוא בורח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הטפטוף דומה לגנב כי… 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איזו כותרת מתאימה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לבחור או לנסח כותרת שמסכמת את הרעיון המרכזי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שתי בעיות של בזבוז מים בבית הספר, על פי פאנל 3.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כיצד אפשר לבדוק אם יש דליפה נסתרת בבית, לפי פאנל 2?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למי מיועדת האינפוגרפיקה, ומה מטרתה? הביאו ראיה אחת מהטקסט.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לדעתכם אינפוגרפיקה היא דרך יעילה יותר מטקסט רגיל להעביר את המסר על חיסכון במים? נמקו בעזרת שתי דוגמאות מהאינפוגרפיקה.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הבעיה בהשקיה בבית הספר?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משקים בצהריים והמים מתאדים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אין צמחים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משקים בלילה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איך יודעים שיש דליפה?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שעון המים רץ כשהברזים סגורים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הברז חם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יש רעש ברחוב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אינפוגרפיקה עוזרת להבין?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יש בה ציורים ומספרים ברורים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יש בה יותר מילים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אין בה מידע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לדעתי אינפוגרפיקה (לא) יעילה יותר כי… למשל… 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כל טיפה חשובה · כיתה ט׳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כל טיפה חשובה · כיתה ט׳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